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Bewirtungsbeleg</w:t>
      </w:r>
    </w:p>
    <w:p>
      <w:r>
        <w:rPr>
          <w:color w:val="6B6B7A"/>
          <w:sz w:val="18"/>
        </w:rPr>
        <w:t>Nachweis einer Bewirtung aus geschäftlichem Anlass – zusammen mit der Rechnung des Restaurants aufbewahren</w:t>
      </w:r>
    </w:p>
    <w:tbl>
      <w:tblPr>
        <w:tblStyle w:val="TableGrid"/>
        <w:tblW w:type="auto" w:w="0"/>
        <w:jc w:val="center"/>
        <w:tblLook w:firstColumn="1" w:firstRow="1" w:lastColumn="0" w:lastRow="0" w:noHBand="0" w:noVBand="1" w:val="04A0"/>
      </w:tblPr>
      <w:tblGrid>
        <w:gridCol w:w="4819"/>
        <w:gridCol w:w="4819"/>
      </w:tblGrid>
      <w:tr>
        <w:tc>
          <w:tcPr>
            <w:tcW w:type="dxa" w:w="3118"/>
          </w:tcPr>
          <w:p>
            <w:r>
              <w:rPr>
                <w:b/>
              </w:rPr>
              <w:t>Tag der Bewirtung</w:t>
            </w:r>
          </w:p>
          <w:p>
            <w:r>
              <w:rPr>
                <w:color w:val="6B6B7A"/>
                <w:sz w:val="16"/>
              </w:rPr>
              <w:t>das Datum des Essens</w:t>
            </w:r>
          </w:p>
        </w:tc>
        <w:tc>
          <w:tcPr>
            <w:tcW w:type="dxa" w:w="6520"/>
          </w:tcPr>
          <w:p/>
          <w:p/>
        </w:tc>
      </w:tr>
      <w:tr>
        <w:tc>
          <w:tcPr>
            <w:tcW w:type="dxa" w:w="3118"/>
          </w:tcPr>
          <w:p>
            <w:r>
              <w:rPr>
                <w:b/>
              </w:rPr>
              <w:t>Ort der Bewirtung</w:t>
            </w:r>
          </w:p>
          <w:p>
            <w:r>
              <w:rPr>
                <w:color w:val="6B6B7A"/>
                <w:sz w:val="16"/>
              </w:rPr>
              <w:t>Name und Anschrift des Restaurants</w:t>
            </w:r>
          </w:p>
        </w:tc>
        <w:tc>
          <w:tcPr>
            <w:tcW w:type="dxa" w:w="6520"/>
          </w:tcPr>
          <w:p/>
          <w:p/>
        </w:tc>
      </w:tr>
      <w:tr>
        <w:tc>
          <w:tcPr>
            <w:tcW w:type="dxa" w:w="3118"/>
          </w:tcPr>
          <w:p>
            <w:r>
              <w:rPr>
                <w:b/>
              </w:rPr>
              <w:t>Teilnehmer</w:t>
            </w:r>
          </w:p>
          <w:p>
            <w:r>
              <w:rPr>
                <w:color w:val="6B6B7A"/>
                <w:sz w:val="16"/>
              </w:rPr>
              <w:t>die Namen aller Teilnehmer, mit Unternehmen</w:t>
            </w:r>
          </w:p>
        </w:tc>
        <w:tc>
          <w:tcPr>
            <w:tcW w:type="dxa" w:w="6520"/>
          </w:tcPr>
          <w:p/>
          <w:p/>
          <w:p/>
          <w:p/>
        </w:tc>
      </w:tr>
      <w:tr>
        <w:tc>
          <w:tcPr>
            <w:tcW w:type="dxa" w:w="3118"/>
          </w:tcPr>
          <w:p>
            <w:r>
              <w:rPr>
                <w:b/>
              </w:rPr>
              <w:t>Anlass</w:t>
            </w:r>
          </w:p>
          <w:p>
            <w:r>
              <w:rPr>
                <w:color w:val="6B6B7A"/>
                <w:sz w:val="16"/>
              </w:rPr>
              <w:t>der betriebliche Grund</w:t>
            </w:r>
          </w:p>
        </w:tc>
        <w:tc>
          <w:tcPr>
            <w:tcW w:type="dxa" w:w="6520"/>
          </w:tcPr>
          <w:p/>
          <w:p/>
          <w:p/>
        </w:tc>
      </w:tr>
      <w:tr>
        <w:tc>
          <w:tcPr>
            <w:tcW w:type="dxa" w:w="3118"/>
          </w:tcPr>
          <w:p>
            <w:r>
              <w:rPr>
                <w:b/>
              </w:rPr>
              <w:t>Höhe der Aufwendungen</w:t>
            </w:r>
          </w:p>
          <w:p>
            <w:r>
              <w:rPr>
                <w:color w:val="6B6B7A"/>
                <w:sz w:val="16"/>
              </w:rPr>
              <w:t>der Betrag laut Rechnung</w:t>
            </w:r>
          </w:p>
        </w:tc>
        <w:tc>
          <w:tcPr>
            <w:tcW w:type="dxa" w:w="6520"/>
          </w:tcPr>
          <w:p/>
          <w:p/>
        </w:tc>
      </w:tr>
      <w:tr>
        <w:tc>
          <w:tcPr>
            <w:tcW w:type="dxa" w:w="3118"/>
          </w:tcPr>
          <w:p>
            <w:r>
              <w:rPr>
                <w:b/>
              </w:rPr>
              <w:t>Trinkgeld</w:t>
            </w:r>
          </w:p>
          <w:p>
            <w:r>
              <w:rPr>
                <w:color w:val="6B6B7A"/>
                <w:sz w:val="16"/>
              </w:rPr>
              <w:t>wenn es nicht auf der Rechnung steht</w:t>
            </w:r>
          </w:p>
        </w:tc>
        <w:tc>
          <w:tcPr>
            <w:tcW w:type="dxa" w:w="6520"/>
          </w:tcPr>
          <w:p/>
          <w:p/>
        </w:tc>
      </w:tr>
      <w:tr>
        <w:tc>
          <w:tcPr>
            <w:tcW w:type="dxa" w:w="3118"/>
          </w:tcPr>
          <w:p>
            <w:r>
              <w:rPr>
                <w:b/>
              </w:rPr>
              <w:t>Rechnung des Restaurants angeheftet</w:t>
            </w:r>
          </w:p>
        </w:tc>
        <w:tc>
          <w:tcPr>
            <w:tcW w:type="dxa" w:w="6520"/>
          </w:tcPr>
          <w:p>
            <w:r>
              <w:t>☐ ja</w:t>
            </w:r>
          </w:p>
        </w:tc>
      </w:tr>
      <w:tr>
        <w:tc>
          <w:tcPr>
            <w:tcW w:type="dxa" w:w="3118"/>
          </w:tcPr>
          <w:p>
            <w:r>
              <w:rPr>
                <w:b/>
              </w:rPr>
              <w:t>Ort und Datum</w:t>
            </w:r>
          </w:p>
        </w:tc>
        <w:tc>
          <w:tcPr>
            <w:tcW w:type="dxa" w:w="6520"/>
          </w:tcPr>
          <w:p/>
          <w:p/>
        </w:tc>
      </w:tr>
      <w:tr>
        <w:tc>
          <w:tcPr>
            <w:tcW w:type="dxa" w:w="3118"/>
          </w:tcPr>
          <w:p>
            <w:r>
              <w:rPr>
                <w:b/>
              </w:rPr>
              <w:t>Unterschrift</w:t>
            </w:r>
          </w:p>
          <w:p>
            <w:r>
              <w:rPr>
                <w:color w:val="6B6B7A"/>
                <w:sz w:val="16"/>
              </w:rPr>
              <w:t>als Gastgeberin oder Gastgeber</w:t>
            </w:r>
          </w:p>
        </w:tc>
        <w:tc>
          <w:tcPr>
            <w:tcW w:type="dxa" w:w="6520"/>
          </w:tcPr>
          <w:p/>
          <w:p/>
          <w:p/>
        </w:tc>
      </w:tr>
    </w:tbl>
    <w:p/>
    <w:p>
      <w:r>
        <w:rPr>
          <w:sz w:val="18"/>
        </w:rPr>
        <w:t>Ausdrucken, ausfüllen, von Hand unterschreiben, die Rechnung des Restaurants anheften. Eine ausgefüllte Datei ohne Unterschrift zählt nicht. Bewahrst du den Bewirtungsbeleg nur digital auf, braucht er eine elektronische Unterschrift oder Genehmigung und darf sich nicht unbemerkt ändern lassen.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7A"/>
        <w:sz w:val="16"/>
      </w:rPr>
      <w:t>Vorlage von BravoLisa · bravolisa.com/de/knowledge/bewirtungsbeleg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Bewirtungsbeleg – Vorlage</dc:title>
  <dc:subject/>
  <dc:creator>BravoLisa</dc:creator>
  <cp:keywords/>
  <dc:description>generated by python-docx</dc:description>
  <cp:lastModifiedBy/>
  <cp:revision>1</cp:revision>
  <dcterms:created xsi:type="dcterms:W3CDTF">2013-12-23T23:15:00Z</dcterms:created>
  <dcterms:modified xsi:type="dcterms:W3CDTF">2013-12-23T23:15:00Z</dcterms:modified>
  <cp:category/>
</cp:coreProperties>
</file>